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312" w:rsidRDefault="00FA5CB8">
      <w:pPr>
        <w:pStyle w:val="KSIPaperTopline"/>
      </w:pPr>
      <w:r>
        <w:t>AUTHOR SUBMISSION TEMPLATE  •  TWO-COLUMN ARTICLE FORMAT</w:t>
      </w:r>
    </w:p>
    <w:p w:rsidR="009C2312" w:rsidRDefault="00FA5CB8">
      <w:pPr>
        <w:pStyle w:val="KSIPaperTitle"/>
      </w:pPr>
      <w:r>
        <w:t>[Insert concise, informative article title in sentence case]</w:t>
      </w:r>
    </w:p>
    <w:p w:rsidR="009C2312" w:rsidRDefault="00FA5CB8">
      <w:pPr>
        <w:pStyle w:val="KSIAuthors"/>
      </w:pPr>
      <w:r>
        <w:t>[Author A]*   ·   [Author B]   ·   [Author C]</w:t>
      </w:r>
    </w:p>
    <w:p w:rsidR="009C2312" w:rsidRDefault="00FA5CB8">
      <w:pPr>
        <w:pStyle w:val="KSIAffiliation"/>
      </w:pPr>
      <w:r>
        <w:t>[Institution, city, country; ORCID iD for each author; corresponding author’s institutional</w:t>
      </w:r>
      <w:r>
        <w:t xml:space="preserve"> email]</w:t>
      </w:r>
    </w:p>
    <w:p w:rsidR="009C2312" w:rsidRDefault="00FA5CB8">
      <w:pPr>
        <w:pStyle w:val="KSIArticleType"/>
      </w:pPr>
      <w:r>
        <w:t>Article type: [select one of the five accepted scholarly article types]</w:t>
      </w:r>
    </w:p>
    <w:p w:rsidR="009C2312" w:rsidRDefault="00FA5CB8">
      <w:pPr>
        <w:pStyle w:val="KSINotes"/>
      </w:pPr>
      <w:r>
        <w:t>[GUIDE — DELETE] A4 · two columns · Times New Roman · 10 pt body · 9 pt abstract/references · 1.7 cm side margins · approx. 0.7 cm column gap · APA 7 · numbered figures/tables.</w:t>
      </w:r>
      <w:r>
        <w:t xml:space="preserve"> Submit FULL and ANONYMISED copies with identical scientific content/layout; replace author placeholders and remove blue guides. Grey publication metadata are completed by the journal.</w:t>
      </w:r>
    </w:p>
    <w:p w:rsidR="009C2312" w:rsidRDefault="009C2312">
      <w:pPr>
        <w:sectPr w:rsidR="009C2312">
          <w:headerReference w:type="default" r:id="rId8"/>
          <w:footerReference w:type="default" r:id="rId9"/>
          <w:pgSz w:w="11906" w:h="16838"/>
          <w:pgMar w:top="1219" w:right="964" w:bottom="1191" w:left="964" w:header="539" w:footer="539" w:gutter="0"/>
          <w:cols w:space="397"/>
          <w:docGrid w:linePitch="360"/>
        </w:sectPr>
      </w:pPr>
    </w:p>
    <w:p w:rsidR="009C2312" w:rsidRDefault="00FA5CB8">
      <w:pPr>
        <w:pStyle w:val="KSIAbstract"/>
      </w:pPr>
      <w:r>
        <w:lastRenderedPageBreak/>
        <w:t>Abstract. [Replace with the completed abstract of approximately 150–250 words.]</w:t>
      </w:r>
    </w:p>
    <w:p w:rsidR="009C2312" w:rsidRDefault="00FA5CB8">
      <w:pPr>
        <w:pStyle w:val="KSITemplateGuide"/>
        <w:keepLines/>
        <w:shd w:val="clear" w:color="auto" w:fill="EAF2F5"/>
      </w:pPr>
      <w:r>
        <w:rPr>
          <w:b/>
        </w:rPr>
        <w:t xml:space="preserve">[EDITORIAL GUIDE — DELETE BEFORE SUBMISSION] </w:t>
      </w:r>
      <w:r>
        <w:t>Sta</w:t>
      </w:r>
      <w:r>
        <w:t>te the research problem and aim, type of study, approach or evidence base, principal results or reasoned outcomes, and original contribution. Do not promise findings that are absent from the paper; do not insert author names or citations unless unavoidable</w:t>
      </w:r>
      <w:r>
        <w:t>.</w:t>
      </w:r>
    </w:p>
    <w:p w:rsidR="009C2312" w:rsidRDefault="00FA5CB8">
      <w:pPr>
        <w:pStyle w:val="KSIAbstract"/>
      </w:pPr>
      <w:r>
        <w:t>Keywords: [4–7 specific terms, separated by commas]</w:t>
      </w:r>
    </w:p>
    <w:p w:rsidR="009C2312" w:rsidRDefault="00FA5CB8">
      <w:pPr>
        <w:pStyle w:val="KSIAbstract"/>
      </w:pPr>
      <w:r>
        <w:t>UDC: [required code(s)]     JEL: [required code(s)]</w:t>
      </w:r>
    </w:p>
    <w:p w:rsidR="009C2312" w:rsidRDefault="00FA5CB8">
      <w:pPr>
        <w:pStyle w:val="KSINotes"/>
      </w:pPr>
      <w:r>
        <w:t>Received: [journal]   Accepted: [journal]   Published: [journal]</w:t>
      </w:r>
    </w:p>
    <w:p w:rsidR="009C2312" w:rsidRDefault="00FA5CB8">
      <w:pPr>
        <w:pStyle w:val="KSINotes"/>
      </w:pPr>
      <w:r>
        <w:t>DOI: [if assigned]   © [year] [copyright holder(s)]   CC BY 4.0</w:t>
      </w:r>
    </w:p>
    <w:p w:rsidR="009C2312" w:rsidRDefault="00FA5CB8">
      <w:pPr>
        <w:pStyle w:val="KSITemplateHeading"/>
        <w:keepNext/>
        <w:keepLines/>
      </w:pPr>
      <w:r>
        <w:t>I.  INTRODUCTION</w:t>
      </w:r>
    </w:p>
    <w:p w:rsidR="009C2312" w:rsidRDefault="00FA5CB8">
      <w:r>
        <w:t>[Write the introduction here. Replace this instructional paragraph with original academic prose.]</w:t>
      </w:r>
    </w:p>
    <w:p w:rsidR="009C2312" w:rsidRDefault="00FA5CB8">
      <w:pPr>
        <w:pStyle w:val="KSITemplateGuide"/>
        <w:keepLines/>
        <w:shd w:val="clear" w:color="auto" w:fill="EAF2F5"/>
      </w:pPr>
      <w:r>
        <w:rPr>
          <w:b/>
        </w:rPr>
        <w:t xml:space="preserve">[EDITORIAL GUIDE — DELETE BEFORE SUBMISSION] </w:t>
      </w:r>
      <w:r>
        <w:t>Acceptable introduction: defines the context and research problem; identifies a substantiated gap or unresolved q</w:t>
      </w:r>
      <w:r>
        <w:t>uestion; states the precise aim/research question; explains why the work contributes something new; indicates its approach and scope. Avoid a general introduction with no research objective.</w:t>
      </w:r>
    </w:p>
    <w:p w:rsidR="009C2312" w:rsidRDefault="00FA5CB8">
      <w:pPr>
        <w:pStyle w:val="KSITemplateHeading"/>
        <w:keepNext/>
        <w:keepLines/>
      </w:pPr>
      <w:r>
        <w:t>II.  LITERATURE REVIEW / THEORETICAL BACKGROUND</w:t>
      </w:r>
    </w:p>
    <w:p w:rsidR="009C2312" w:rsidRDefault="00FA5CB8">
      <w:r>
        <w:t>[Present the rele</w:t>
      </w:r>
      <w:r>
        <w:t>vant literature and the critical framework.]</w:t>
      </w:r>
    </w:p>
    <w:p w:rsidR="009C2312" w:rsidRDefault="00FA5CB8">
      <w:pPr>
        <w:pStyle w:val="KSITemplateGuide"/>
        <w:keepLines/>
        <w:shd w:val="clear" w:color="auto" w:fill="EAF2F5"/>
      </w:pPr>
      <w:r>
        <w:rPr>
          <w:b/>
        </w:rPr>
        <w:t xml:space="preserve">[EDITORIAL GUIDE — DELETE BEFORE SUBMISSION] </w:t>
      </w:r>
      <w:r>
        <w:t>Acceptable treatment: engages with relevant, verifiable research; compares agreement and disagreement; critically evaluates assumptions or evidence; identifies the sp</w:t>
      </w:r>
      <w:r>
        <w:t>ecific gap underpinning this study. A chronological list of article summaries is not a critical review. Use APA 7 in-text citations.</w:t>
      </w:r>
    </w:p>
    <w:p w:rsidR="009C2312" w:rsidRDefault="00FA5CB8">
      <w:pPr>
        <w:pStyle w:val="KSITemplateHeading"/>
        <w:keepNext/>
        <w:keepLines/>
      </w:pPr>
      <w:r>
        <w:t>III.  METHODOLOGY / RESEARCH APPROACH</w:t>
      </w:r>
    </w:p>
    <w:p w:rsidR="009C2312" w:rsidRDefault="00FA5CB8">
      <w:r>
        <w:t>[Describe the research design or reasoning procedure appropriate to the selected arti</w:t>
      </w:r>
      <w:r>
        <w:t>cle type.]</w:t>
      </w:r>
    </w:p>
    <w:p w:rsidR="009C2312" w:rsidRDefault="00FA5CB8">
      <w:pPr>
        <w:pStyle w:val="KSITemplateGuide"/>
        <w:keepLines/>
        <w:shd w:val="clear" w:color="auto" w:fill="EAF2F5"/>
      </w:pPr>
      <w:r>
        <w:rPr>
          <w:b/>
        </w:rPr>
        <w:t xml:space="preserve">[EDITORIAL GUIDE — DELETE BEFORE SUBMISSION] </w:t>
      </w:r>
      <w:r>
        <w:t>Acceptable methods: explain what was examined and why, data/sources/materials, selection criteria, procedures, analytical tools and relevant ethics. For a conceptual paper describe the process of conc</w:t>
      </w:r>
      <w:r>
        <w:t>ept development and argumentation; for a review explain how literature was identified and synthesised. Do not call work “empirically validated” without an actual test.</w:t>
      </w:r>
    </w:p>
    <w:p w:rsidR="009C2312" w:rsidRDefault="00FA5CB8">
      <w:pPr>
        <w:pStyle w:val="KSITemplateHeading"/>
        <w:keepNext/>
        <w:keepLines/>
      </w:pPr>
      <w:r>
        <w:t>IV.  RESULTS / CONCEPTUAL ANALYSIS</w:t>
      </w:r>
    </w:p>
    <w:p w:rsidR="009C2312" w:rsidRDefault="00FA5CB8">
      <w:r>
        <w:t>[Present evidence, analytical findings, model proposi</w:t>
      </w:r>
      <w:r>
        <w:t>tions, methodological evaluation or case-study themes.]</w:t>
      </w:r>
    </w:p>
    <w:p w:rsidR="009C2312" w:rsidRDefault="00FA5CB8">
      <w:pPr>
        <w:pStyle w:val="KSITemplateGuide"/>
        <w:keepLines/>
        <w:shd w:val="clear" w:color="auto" w:fill="EAF2F5"/>
      </w:pPr>
      <w:r>
        <w:rPr>
          <w:b/>
        </w:rPr>
        <w:t xml:space="preserve">[EDITORIAL GUIDE — DELETE BEFORE SUBMISSION] </w:t>
      </w:r>
      <w:r>
        <w:t>Acceptable section: responds to the declared research question, provides transparent supporting evidence or logically developed propositions, and clearly d</w:t>
      </w:r>
      <w:r>
        <w:t>istinguishes observed results from interpretation. No invented statistics, unsupported claims or figures without source information.</w:t>
      </w:r>
    </w:p>
    <w:p w:rsidR="00846063" w:rsidRDefault="00846063">
      <w:pPr>
        <w:pStyle w:val="KSIFigureCaption"/>
        <w:keepNext/>
      </w:pPr>
    </w:p>
    <w:p w:rsidR="009C2312" w:rsidRDefault="00FA5CB8">
      <w:pPr>
        <w:pStyle w:val="KSIFigureCaption"/>
        <w:keepNext/>
      </w:pPr>
      <w:r>
        <w:t>Table 1. [Meaningful and concise title]</w:t>
      </w:r>
    </w:p>
    <w:tbl>
      <w:tblPr>
        <w:tblStyle w:val="TableGrid"/>
        <w:tblW w:w="4928" w:type="dxa"/>
        <w:tblLayout w:type="fixed"/>
        <w:tblLook w:val="04A0" w:firstRow="1" w:lastRow="0" w:firstColumn="1" w:lastColumn="0" w:noHBand="0" w:noVBand="1"/>
      </w:tblPr>
      <w:tblGrid>
        <w:gridCol w:w="1951"/>
        <w:gridCol w:w="2977"/>
      </w:tblGrid>
      <w:tr w:rsidR="009C2312" w:rsidTr="00846063">
        <w:trPr>
          <w:cantSplit/>
          <w:tblHeader/>
        </w:trPr>
        <w:tc>
          <w:tcPr>
            <w:tcW w:w="1951" w:type="dxa"/>
          </w:tcPr>
          <w:p w:rsidR="009C2312" w:rsidRDefault="00FA5CB8">
            <w:pPr>
              <w:pStyle w:val="KSIMicro"/>
              <w:spacing w:after="20"/>
            </w:pPr>
            <w:r>
              <w:rPr>
                <w:b/>
                <w:sz w:val="16"/>
              </w:rPr>
              <w:t>Indicator / category</w:t>
            </w:r>
          </w:p>
        </w:tc>
        <w:tc>
          <w:tcPr>
            <w:tcW w:w="2977" w:type="dxa"/>
          </w:tcPr>
          <w:p w:rsidR="009C2312" w:rsidRDefault="00FA5CB8">
            <w:pPr>
              <w:pStyle w:val="KSIMicro"/>
              <w:spacing w:after="20"/>
            </w:pPr>
            <w:r>
              <w:rPr>
                <w:b/>
                <w:sz w:val="16"/>
              </w:rPr>
              <w:t>Evidence / value</w:t>
            </w:r>
          </w:p>
        </w:tc>
      </w:tr>
      <w:tr w:rsidR="009C2312" w:rsidTr="00846063">
        <w:trPr>
          <w:cantSplit/>
        </w:trPr>
        <w:tc>
          <w:tcPr>
            <w:tcW w:w="1951" w:type="dxa"/>
          </w:tcPr>
          <w:p w:rsidR="009C2312" w:rsidRDefault="00FA5CB8">
            <w:pPr>
              <w:pStyle w:val="KSIMicro"/>
              <w:spacing w:after="20"/>
            </w:pPr>
            <w:r>
              <w:rPr>
                <w:sz w:val="16"/>
              </w:rPr>
              <w:t>[Indicator 1]</w:t>
            </w:r>
          </w:p>
        </w:tc>
        <w:tc>
          <w:tcPr>
            <w:tcW w:w="2977" w:type="dxa"/>
          </w:tcPr>
          <w:p w:rsidR="009C2312" w:rsidRDefault="00FA5CB8">
            <w:pPr>
              <w:pStyle w:val="KSIMicro"/>
              <w:spacing w:after="20"/>
            </w:pPr>
            <w:r>
              <w:rPr>
                <w:sz w:val="16"/>
              </w:rPr>
              <w:t>[Result 1]</w:t>
            </w:r>
          </w:p>
        </w:tc>
      </w:tr>
      <w:tr w:rsidR="009C2312" w:rsidTr="00846063">
        <w:trPr>
          <w:cantSplit/>
        </w:trPr>
        <w:tc>
          <w:tcPr>
            <w:tcW w:w="1951" w:type="dxa"/>
          </w:tcPr>
          <w:p w:rsidR="009C2312" w:rsidRDefault="00FA5CB8">
            <w:pPr>
              <w:pStyle w:val="KSIMicro"/>
              <w:spacing w:after="20"/>
            </w:pPr>
            <w:r>
              <w:rPr>
                <w:sz w:val="16"/>
              </w:rPr>
              <w:t>[Indicator 2]</w:t>
            </w:r>
          </w:p>
        </w:tc>
        <w:tc>
          <w:tcPr>
            <w:tcW w:w="2977" w:type="dxa"/>
          </w:tcPr>
          <w:p w:rsidR="009C2312" w:rsidRDefault="00FA5CB8">
            <w:pPr>
              <w:pStyle w:val="KSIMicro"/>
              <w:spacing w:after="20"/>
            </w:pPr>
            <w:r>
              <w:rPr>
                <w:sz w:val="16"/>
              </w:rPr>
              <w:t>[Result 2]</w:t>
            </w:r>
          </w:p>
        </w:tc>
      </w:tr>
    </w:tbl>
    <w:p w:rsidR="009C2312" w:rsidRDefault="00FA5CB8">
      <w:pPr>
        <w:pStyle w:val="KSITemplateGuide"/>
        <w:keepLines/>
        <w:shd w:val="clear" w:color="auto" w:fill="EAF2F5"/>
      </w:pPr>
      <w:r>
        <w:rPr>
          <w:b/>
        </w:rPr>
        <w:t xml:space="preserve">[EDITORIAL GUIDE — DELETE BEFORE SUBMISSION] </w:t>
      </w:r>
      <w:r>
        <w:t>Tables and figures are placed close to their first citation, numbered consecutively, legible in a column, and accompanied by titles and source/permission information. Remove the example table if unne</w:t>
      </w:r>
      <w:r>
        <w:t>cessary. Submit editable tables; provide publication-quality figures.</w:t>
      </w:r>
    </w:p>
    <w:p w:rsidR="009C2312" w:rsidRDefault="00FA5CB8">
      <w:pPr>
        <w:pStyle w:val="KSIFigureCaption"/>
      </w:pPr>
      <w:r>
        <w:t>Figure 1. [Insert a relevant figure and provide its caption/source]</w:t>
      </w:r>
    </w:p>
    <w:p w:rsidR="009C2312" w:rsidRDefault="00FA5CB8">
      <w:pPr>
        <w:pStyle w:val="KSITemplateHeading"/>
        <w:keepNext/>
        <w:keepLines/>
      </w:pPr>
      <w:r>
        <w:t>V.  DISCUSSION</w:t>
      </w:r>
    </w:p>
    <w:p w:rsidR="009C2312" w:rsidRDefault="00FA5CB8">
      <w:r>
        <w:t>[Explain the significance and boundaries of the analysis.]</w:t>
      </w:r>
    </w:p>
    <w:p w:rsidR="009C2312" w:rsidRDefault="00FA5CB8">
      <w:pPr>
        <w:pStyle w:val="KSITemplateGuide"/>
        <w:keepLines/>
        <w:shd w:val="clear" w:color="auto" w:fill="EAF2F5"/>
      </w:pPr>
      <w:r>
        <w:rPr>
          <w:b/>
        </w:rPr>
        <w:t>[EDITORIAL GUIDE — DELETE BEFORE SUBMISSION]</w:t>
      </w:r>
      <w:r>
        <w:rPr>
          <w:b/>
        </w:rPr>
        <w:t xml:space="preserve"> </w:t>
      </w:r>
      <w:r>
        <w:t>Acceptable discussion: interprets rather than repe</w:t>
      </w:r>
      <w:bookmarkStart w:id="0" w:name="_GoBack"/>
      <w:bookmarkEnd w:id="0"/>
      <w:r>
        <w:t>ats the findings, compares them critically with existing knowledge, describes the theoretical or practical implications, alternative interpretations and limitations. Claims must remain proportional to evid</w:t>
      </w:r>
      <w:r>
        <w:t>ence.</w:t>
      </w:r>
    </w:p>
    <w:p w:rsidR="009C2312" w:rsidRDefault="00FA5CB8">
      <w:pPr>
        <w:pStyle w:val="KSITemplateHeading"/>
        <w:keepNext/>
        <w:keepLines/>
      </w:pPr>
      <w:r>
        <w:t>VI.  CONCLUSIONS</w:t>
      </w:r>
    </w:p>
    <w:p w:rsidR="009C2312" w:rsidRDefault="00FA5CB8">
      <w:r>
        <w:t>[Provide focused conclusions linked to the objectives.]</w:t>
      </w:r>
    </w:p>
    <w:p w:rsidR="009C2312" w:rsidRDefault="00FA5CB8">
      <w:pPr>
        <w:pStyle w:val="KSITemplateGuide"/>
        <w:keepLines/>
        <w:shd w:val="clear" w:color="auto" w:fill="EAF2F5"/>
      </w:pPr>
      <w:r>
        <w:rPr>
          <w:b/>
        </w:rPr>
        <w:t xml:space="preserve">[EDITORIAL GUIDE — DELETE BEFORE SUBMISSION] </w:t>
      </w:r>
      <w:r>
        <w:t xml:space="preserve">Acceptable conclusions: answer the stated aim/questions, identify the principal contribution, limitations and appropriate research </w:t>
      </w:r>
      <w:r>
        <w:t>or practice implications. No newly introduced results or claims beyond the analysis.</w:t>
      </w:r>
    </w:p>
    <w:p w:rsidR="009C2312" w:rsidRDefault="00FA5CB8">
      <w:pPr>
        <w:pStyle w:val="KSITemplateHeading"/>
        <w:keepNext/>
        <w:keepLines/>
      </w:pPr>
      <w:r>
        <w:t>DECLARATIONS (AS APPLICABLE)</w:t>
      </w:r>
    </w:p>
    <w:p w:rsidR="009C2312" w:rsidRDefault="00FA5CB8">
      <w:pPr>
        <w:pStyle w:val="KSIMicro"/>
      </w:pPr>
      <w:r>
        <w:t>Funding: [funder/grant and role, or “No external funding”.]</w:t>
      </w:r>
    </w:p>
    <w:p w:rsidR="009C2312" w:rsidRDefault="00FA5CB8">
      <w:pPr>
        <w:pStyle w:val="KSIMicro"/>
      </w:pPr>
      <w:r>
        <w:t>Competing interests: [declare, or “The authors declare no competing interests”.]</w:t>
      </w:r>
    </w:p>
    <w:p w:rsidR="009C2312" w:rsidRDefault="00FA5CB8">
      <w:pPr>
        <w:pStyle w:val="KSIMicro"/>
      </w:pPr>
      <w:r>
        <w:t>E</w:t>
      </w:r>
      <w:r>
        <w:t>thics and consent: [approval / exemption / consent, or “Not applicable” with grounds.]</w:t>
      </w:r>
    </w:p>
    <w:p w:rsidR="009C2312" w:rsidRDefault="00FA5CB8">
      <w:pPr>
        <w:pStyle w:val="KSIMicro"/>
      </w:pPr>
      <w:r>
        <w:t>Data availability: [repository and DOI / controlled availability / justified restriction / Not applicable.]</w:t>
      </w:r>
    </w:p>
    <w:p w:rsidR="009C2312" w:rsidRDefault="00FA5CB8">
      <w:pPr>
        <w:pStyle w:val="KSIMicro"/>
      </w:pPr>
      <w:r>
        <w:t xml:space="preserve">Use of generative AI: [describe substantive use, substantial </w:t>
      </w:r>
      <w:r>
        <w:t>translation or rewriting; if none, “No declarable use”.]</w:t>
      </w:r>
    </w:p>
    <w:p w:rsidR="009C2312" w:rsidRDefault="00FA5CB8">
      <w:pPr>
        <w:pStyle w:val="KSITemplateGuide"/>
        <w:keepLines/>
        <w:shd w:val="clear" w:color="auto" w:fill="EAF2F5"/>
      </w:pPr>
      <w:r>
        <w:rPr>
          <w:b/>
        </w:rPr>
        <w:t xml:space="preserve">[EDITORIAL GUIDE — DELETE BEFORE SUBMISSION] </w:t>
      </w:r>
      <w:r>
        <w:t xml:space="preserve">For anonymous review remove names, institutions, grants or acknowledgements that would identify authors; give confidential details in the FULL manuscript </w:t>
      </w:r>
      <w:r>
        <w:t>and submit any necessary confidential supporting information separately. Data availability is strongly expected for work using research data, subject to legal/ethical restrictions. Mandatory declarations are governed by Publication Ethics.</w:t>
      </w:r>
    </w:p>
    <w:p w:rsidR="009C2312" w:rsidRDefault="00FA5CB8">
      <w:pPr>
        <w:pStyle w:val="KSITemplateHeading"/>
        <w:keepNext/>
        <w:keepLines/>
      </w:pPr>
      <w:r>
        <w:t>REFERENCES</w:t>
      </w:r>
    </w:p>
    <w:p w:rsidR="009C2312" w:rsidRDefault="00FA5CB8">
      <w:pPr>
        <w:pStyle w:val="KSIReference"/>
      </w:pPr>
      <w:r>
        <w:t>[Repl</w:t>
      </w:r>
      <w:r>
        <w:t>ace with alphabetically ordered APA 7 references. Include accurate DOI links where available. Cite only sources checked by the authors.]</w:t>
      </w:r>
    </w:p>
    <w:p w:rsidR="009C2312" w:rsidRDefault="00FA5CB8">
      <w:pPr>
        <w:pStyle w:val="KSITemplateGuide"/>
        <w:keepLines/>
        <w:shd w:val="clear" w:color="auto" w:fill="EAF2F5"/>
      </w:pPr>
      <w:r>
        <w:rPr>
          <w:b/>
        </w:rPr>
        <w:t xml:space="preserve">[EDITORIAL GUIDE — DELETE BEFORE SUBMISSION] </w:t>
      </w:r>
      <w:r>
        <w:t xml:space="preserve">APA 7 must be applied consistently in references and in-text citations. </w:t>
      </w:r>
      <w:r>
        <w:t>Each citation must match a verified reference. Do not leave sample references, prompts or unverifiable AI-generated citations.</w:t>
      </w:r>
    </w:p>
    <w:sectPr w:rsidR="009C2312" w:rsidSect="00034616">
      <w:type w:val="continuous"/>
      <w:pgSz w:w="11906" w:h="16838"/>
      <w:pgMar w:top="1219" w:right="964" w:bottom="1191" w:left="964" w:header="539" w:footer="539" w:gutter="0"/>
      <w:cols w:num="2" w:space="39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5CB8" w:rsidRDefault="00FA5CB8">
      <w:pPr>
        <w:spacing w:line="240" w:lineRule="auto"/>
      </w:pPr>
      <w:r>
        <w:separator/>
      </w:r>
    </w:p>
  </w:endnote>
  <w:endnote w:type="continuationSeparator" w:id="0">
    <w:p w:rsidR="00FA5CB8" w:rsidRDefault="00FA5C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2312" w:rsidRDefault="00FA5CB8">
    <w:pPr>
      <w:pStyle w:val="Footer"/>
      <w:jc w:val="center"/>
    </w:pPr>
    <w:r>
      <w:rPr>
        <w:color w:val="5D6F7A"/>
        <w:sz w:val="16"/>
      </w:rPr>
      <w:t>KNOWLEDGE SOCIETY INSTITUTE   |   www.tksi.org   |   office@tksi.org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5CB8" w:rsidRDefault="00FA5CB8">
      <w:pPr>
        <w:spacing w:line="240" w:lineRule="auto"/>
      </w:pPr>
      <w:r>
        <w:separator/>
      </w:r>
    </w:p>
  </w:footnote>
  <w:footnote w:type="continuationSeparator" w:id="0">
    <w:p w:rsidR="00FA5CB8" w:rsidRDefault="00FA5C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2312" w:rsidRDefault="00FA5CB8">
    <w:pPr>
      <w:pStyle w:val="Header"/>
      <w:jc w:val="center"/>
    </w:pPr>
    <w:r>
      <w:rPr>
        <w:b/>
        <w:color w:val="18364E"/>
        <w:sz w:val="17"/>
      </w:rPr>
      <w:t>K</w:t>
    </w:r>
    <w:r>
      <w:rPr>
        <w:b/>
        <w:color w:val="18364E"/>
        <w:sz w:val="17"/>
      </w:rPr>
      <w:t>SI Transactions on KNOWLEDGE SOCIETY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46063"/>
    <w:rsid w:val="009C2312"/>
    <w:rsid w:val="00AA1D8D"/>
    <w:rsid w:val="00B47730"/>
    <w:rsid w:val="00CB0664"/>
    <w:rsid w:val="00FA5C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66D9A3BB-B741-4B19-BA5B-0C97B92D4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52" w:lineRule="auto"/>
      <w:jc w:val="both"/>
    </w:pPr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SIPaperTitle">
    <w:name w:val="KSI Paper Title"/>
    <w:pPr>
      <w:spacing w:after="100" w:line="240" w:lineRule="auto"/>
      <w:jc w:val="center"/>
    </w:pPr>
    <w:rPr>
      <w:rFonts w:ascii="Times New Roman" w:hAnsi="Times New Roman"/>
      <w:b/>
      <w:sz w:val="40"/>
    </w:rPr>
  </w:style>
  <w:style w:type="paragraph" w:customStyle="1" w:styleId="KSIAuthors">
    <w:name w:val="KSI Authors"/>
    <w:pPr>
      <w:spacing w:after="60" w:line="240" w:lineRule="auto"/>
      <w:jc w:val="center"/>
    </w:pPr>
    <w:rPr>
      <w:rFonts w:ascii="Times New Roman" w:hAnsi="Times New Roman"/>
      <w:sz w:val="24"/>
    </w:rPr>
  </w:style>
  <w:style w:type="paragraph" w:customStyle="1" w:styleId="KSIAffiliation">
    <w:name w:val="KSI Affiliation"/>
    <w:pPr>
      <w:spacing w:after="40" w:line="240" w:lineRule="auto"/>
      <w:jc w:val="center"/>
    </w:pPr>
    <w:rPr>
      <w:rFonts w:ascii="Times New Roman" w:hAnsi="Times New Roman"/>
      <w:sz w:val="17"/>
    </w:rPr>
  </w:style>
  <w:style w:type="paragraph" w:customStyle="1" w:styleId="KSIPaperTopline">
    <w:name w:val="KSI Paper Topline"/>
    <w:pPr>
      <w:spacing w:after="120" w:line="240" w:lineRule="auto"/>
      <w:jc w:val="center"/>
    </w:pPr>
    <w:rPr>
      <w:rFonts w:ascii="Times New Roman" w:hAnsi="Times New Roman"/>
      <w:b/>
      <w:color w:val="276D88"/>
      <w:sz w:val="16"/>
    </w:rPr>
  </w:style>
  <w:style w:type="paragraph" w:customStyle="1" w:styleId="KSIArticleType">
    <w:name w:val="KSI Article Type"/>
    <w:pPr>
      <w:spacing w:after="160" w:line="240" w:lineRule="auto"/>
      <w:jc w:val="center"/>
    </w:pPr>
    <w:rPr>
      <w:rFonts w:ascii="Times New Roman" w:hAnsi="Times New Roman"/>
      <w:sz w:val="17"/>
    </w:rPr>
  </w:style>
  <w:style w:type="paragraph" w:customStyle="1" w:styleId="KSITemplateHeading">
    <w:name w:val="KSI Template Heading"/>
    <w:pPr>
      <w:spacing w:before="200" w:after="100" w:line="240" w:lineRule="auto"/>
      <w:jc w:val="center"/>
    </w:pPr>
    <w:rPr>
      <w:rFonts w:ascii="Times New Roman" w:hAnsi="Times New Roman"/>
      <w:b/>
      <w:sz w:val="20"/>
    </w:rPr>
  </w:style>
  <w:style w:type="paragraph" w:customStyle="1" w:styleId="KSITemplateGuide">
    <w:name w:val="KSI Template Guide"/>
    <w:pPr>
      <w:spacing w:before="40" w:after="100" w:line="240" w:lineRule="auto"/>
    </w:pPr>
    <w:rPr>
      <w:rFonts w:ascii="Times New Roman" w:hAnsi="Times New Roman"/>
      <w:i/>
      <w:color w:val="30719E"/>
      <w:sz w:val="16"/>
    </w:rPr>
  </w:style>
  <w:style w:type="paragraph" w:customStyle="1" w:styleId="KSIMicro">
    <w:name w:val="KSI Micro"/>
    <w:pPr>
      <w:spacing w:after="80" w:line="240" w:lineRule="auto"/>
    </w:pPr>
    <w:rPr>
      <w:rFonts w:ascii="Times New Roman" w:hAnsi="Times New Roman"/>
      <w:sz w:val="17"/>
    </w:rPr>
  </w:style>
  <w:style w:type="paragraph" w:customStyle="1" w:styleId="KSIFigureCaption">
    <w:name w:val="KSI Figure Caption"/>
    <w:pPr>
      <w:spacing w:after="80" w:line="240" w:lineRule="auto"/>
      <w:jc w:val="center"/>
    </w:pPr>
    <w:rPr>
      <w:rFonts w:ascii="Times New Roman" w:hAnsi="Times New Roman"/>
      <w:sz w:val="17"/>
    </w:rPr>
  </w:style>
  <w:style w:type="paragraph" w:customStyle="1" w:styleId="KSIReference">
    <w:name w:val="KSI Reference"/>
    <w:pPr>
      <w:spacing w:after="60" w:line="240" w:lineRule="auto"/>
    </w:pPr>
    <w:rPr>
      <w:rFonts w:ascii="Times New Roman" w:hAnsi="Times New Roman"/>
      <w:sz w:val="18"/>
    </w:rPr>
  </w:style>
  <w:style w:type="paragraph" w:customStyle="1" w:styleId="KSINotes">
    <w:name w:val="KSI Notes"/>
    <w:pPr>
      <w:spacing w:after="80" w:line="240" w:lineRule="auto"/>
    </w:pPr>
    <w:rPr>
      <w:rFonts w:ascii="Times New Roman" w:hAnsi="Times New Roman"/>
      <w:color w:val="5D6F7A"/>
      <w:sz w:val="16"/>
    </w:rPr>
  </w:style>
  <w:style w:type="paragraph" w:customStyle="1" w:styleId="KSIAbstract">
    <w:name w:val="KSI Abstract"/>
    <w:pPr>
      <w:spacing w:after="80" w:line="240" w:lineRule="auto"/>
    </w:pPr>
    <w:rPr>
      <w:rFonts w:ascii="Times New Roman" w:hAnsi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DC4352-F0E2-4246-A0C1-8047C856D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5795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Submission Template (two-column) | KSI Transactions on Knowledge Society</dc:title>
  <dc:subject>Author-prepared, publication-ready two-column article manuscript</dc:subject>
  <dc:creator>Knowledge Society Institute</dc:creator>
  <cp:keywords/>
  <dc:description>generated by python-docx</dc:description>
  <cp:lastModifiedBy>PC 7</cp:lastModifiedBy>
  <cp:revision>2</cp:revision>
  <dcterms:created xsi:type="dcterms:W3CDTF">2013-12-23T23:15:00Z</dcterms:created>
  <dcterms:modified xsi:type="dcterms:W3CDTF">2026-10-19T12:55:00Z</dcterms:modified>
  <cp:category/>
</cp:coreProperties>
</file>